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5E9D9" w14:textId="77777777" w:rsidR="00D4461B" w:rsidRDefault="00000000">
      <w:pPr>
        <w:pStyle w:val="TitleForm"/>
        <w:jc w:val="center"/>
      </w:pPr>
      <w:r>
        <w:t>KARTA ZGŁOSZENIA</w:t>
      </w:r>
    </w:p>
    <w:p w14:paraId="5778DF8E" w14:textId="77777777" w:rsidR="00D4461B" w:rsidRDefault="00000000">
      <w:pPr>
        <w:spacing w:after="40"/>
        <w:jc w:val="center"/>
      </w:pPr>
      <w:r>
        <w:rPr>
          <w:b/>
          <w:sz w:val="20"/>
        </w:rPr>
        <w:t>do Konkursu Poetycko-Recytatorskiego „W salonie dawnego dworu”</w:t>
      </w:r>
    </w:p>
    <w:p w14:paraId="53252D7E" w14:textId="77777777" w:rsidR="00D4461B" w:rsidRDefault="00000000">
      <w:pPr>
        <w:spacing w:after="80"/>
        <w:jc w:val="center"/>
      </w:pPr>
      <w:r>
        <w:rPr>
          <w:color w:val="645950"/>
          <w:sz w:val="17"/>
        </w:rPr>
        <w:t>Finał: 10 listopada 2026 r.  |  Świetlica Wiejska w Uścieńcu</w:t>
      </w:r>
    </w:p>
    <w:p w14:paraId="544F0B9F" w14:textId="77777777" w:rsidR="00D4461B" w:rsidRDefault="00000000">
      <w:pPr>
        <w:pStyle w:val="SectionForm"/>
      </w:pPr>
      <w:r>
        <w:t>A. DANE UCZESTNIKA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5"/>
        <w:gridCol w:w="5185"/>
      </w:tblGrid>
      <w:tr w:rsidR="00D4461B" w14:paraId="1174B26A" w14:textId="77777777">
        <w:trPr>
          <w:trHeight w:val="440"/>
          <w:jc w:val="center"/>
        </w:trPr>
        <w:tc>
          <w:tcPr>
            <w:tcW w:w="5185" w:type="dxa"/>
            <w:vAlign w:val="center"/>
          </w:tcPr>
          <w:p w14:paraId="777DAC39" w14:textId="77777777" w:rsidR="00D4461B" w:rsidRDefault="00000000">
            <w:r>
              <w:rPr>
                <w:sz w:val="18"/>
              </w:rPr>
              <w:t>Imię i nazwisko:</w:t>
            </w:r>
          </w:p>
        </w:tc>
        <w:tc>
          <w:tcPr>
            <w:tcW w:w="5185" w:type="dxa"/>
            <w:tcBorders>
              <w:bottom w:val="single" w:sz="5" w:space="0" w:color="C6BCB1"/>
            </w:tcBorders>
            <w:vAlign w:val="center"/>
          </w:tcPr>
          <w:p w14:paraId="2B450244" w14:textId="77777777" w:rsidR="00D4461B" w:rsidRDefault="00000000">
            <w:r>
              <w:t xml:space="preserve"> </w:t>
            </w:r>
          </w:p>
        </w:tc>
      </w:tr>
      <w:tr w:rsidR="00D4461B" w14:paraId="4B6ED93F" w14:textId="77777777">
        <w:trPr>
          <w:trHeight w:val="440"/>
          <w:jc w:val="center"/>
        </w:trPr>
        <w:tc>
          <w:tcPr>
            <w:tcW w:w="5185" w:type="dxa"/>
            <w:vAlign w:val="center"/>
          </w:tcPr>
          <w:p w14:paraId="44ED3977" w14:textId="77777777" w:rsidR="00D4461B" w:rsidRDefault="00000000">
            <w:r>
              <w:rPr>
                <w:sz w:val="18"/>
              </w:rPr>
              <w:t>Wiek (na 30.10.2026 r.):</w:t>
            </w:r>
          </w:p>
        </w:tc>
        <w:tc>
          <w:tcPr>
            <w:tcW w:w="5185" w:type="dxa"/>
            <w:tcBorders>
              <w:bottom w:val="single" w:sz="5" w:space="0" w:color="C6BCB1"/>
            </w:tcBorders>
            <w:vAlign w:val="center"/>
          </w:tcPr>
          <w:p w14:paraId="5BC26378" w14:textId="77777777" w:rsidR="00D4461B" w:rsidRDefault="00000000">
            <w:r>
              <w:t xml:space="preserve"> </w:t>
            </w:r>
          </w:p>
        </w:tc>
      </w:tr>
      <w:tr w:rsidR="00D4461B" w14:paraId="46848471" w14:textId="77777777">
        <w:trPr>
          <w:trHeight w:val="440"/>
          <w:jc w:val="center"/>
        </w:trPr>
        <w:tc>
          <w:tcPr>
            <w:tcW w:w="5185" w:type="dxa"/>
            <w:vAlign w:val="center"/>
          </w:tcPr>
          <w:p w14:paraId="769119E1" w14:textId="77777777" w:rsidR="00D4461B" w:rsidRDefault="00000000">
            <w:r>
              <w:rPr>
                <w:sz w:val="18"/>
              </w:rPr>
              <w:t>Miejscowość zamieszkania:</w:t>
            </w:r>
          </w:p>
        </w:tc>
        <w:tc>
          <w:tcPr>
            <w:tcW w:w="5185" w:type="dxa"/>
            <w:tcBorders>
              <w:bottom w:val="single" w:sz="5" w:space="0" w:color="C6BCB1"/>
            </w:tcBorders>
            <w:vAlign w:val="center"/>
          </w:tcPr>
          <w:p w14:paraId="379ABE55" w14:textId="77777777" w:rsidR="00D4461B" w:rsidRDefault="00000000">
            <w:r>
              <w:t xml:space="preserve"> </w:t>
            </w:r>
          </w:p>
        </w:tc>
      </w:tr>
    </w:tbl>
    <w:p w14:paraId="64D9BA6A" w14:textId="77777777" w:rsidR="00D4461B" w:rsidRDefault="00000000">
      <w:pPr>
        <w:spacing w:after="40"/>
        <w:ind w:left="113"/>
      </w:pPr>
      <w:r>
        <w:rPr>
          <w:sz w:val="18"/>
        </w:rPr>
        <w:t>☐  Kategoria I: 8–12 lat       ☐  Kategoria II: 13–17 lat       ☐  Kategoria III: 18 lat i więcej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5"/>
        <w:gridCol w:w="5185"/>
      </w:tblGrid>
      <w:tr w:rsidR="00D4461B" w14:paraId="5D15B55C" w14:textId="77777777">
        <w:trPr>
          <w:trHeight w:val="440"/>
          <w:jc w:val="center"/>
        </w:trPr>
        <w:tc>
          <w:tcPr>
            <w:tcW w:w="5185" w:type="dxa"/>
            <w:vAlign w:val="center"/>
          </w:tcPr>
          <w:p w14:paraId="0FD16CC5" w14:textId="77777777" w:rsidR="00D4461B" w:rsidRDefault="00000000">
            <w:r>
              <w:rPr>
                <w:sz w:val="18"/>
              </w:rPr>
              <w:t>Telefon do kontaktu:</w:t>
            </w:r>
          </w:p>
        </w:tc>
        <w:tc>
          <w:tcPr>
            <w:tcW w:w="5185" w:type="dxa"/>
            <w:tcBorders>
              <w:bottom w:val="single" w:sz="5" w:space="0" w:color="C6BCB1"/>
            </w:tcBorders>
            <w:vAlign w:val="center"/>
          </w:tcPr>
          <w:p w14:paraId="7046897F" w14:textId="77777777" w:rsidR="00D4461B" w:rsidRDefault="00000000">
            <w:r>
              <w:t xml:space="preserve"> </w:t>
            </w:r>
          </w:p>
        </w:tc>
      </w:tr>
      <w:tr w:rsidR="00D4461B" w14:paraId="519D5F4E" w14:textId="77777777">
        <w:trPr>
          <w:trHeight w:val="440"/>
          <w:jc w:val="center"/>
        </w:trPr>
        <w:tc>
          <w:tcPr>
            <w:tcW w:w="5185" w:type="dxa"/>
            <w:vAlign w:val="center"/>
          </w:tcPr>
          <w:p w14:paraId="24DB7DBD" w14:textId="77777777" w:rsidR="00D4461B" w:rsidRDefault="00000000">
            <w:r>
              <w:rPr>
                <w:sz w:val="18"/>
              </w:rPr>
              <w:t>Adres e-mail:</w:t>
            </w:r>
          </w:p>
        </w:tc>
        <w:tc>
          <w:tcPr>
            <w:tcW w:w="5185" w:type="dxa"/>
            <w:tcBorders>
              <w:bottom w:val="single" w:sz="5" w:space="0" w:color="C6BCB1"/>
            </w:tcBorders>
            <w:vAlign w:val="center"/>
          </w:tcPr>
          <w:p w14:paraId="1373840B" w14:textId="77777777" w:rsidR="00D4461B" w:rsidRDefault="00000000">
            <w:r>
              <w:t xml:space="preserve"> </w:t>
            </w:r>
          </w:p>
        </w:tc>
      </w:tr>
    </w:tbl>
    <w:p w14:paraId="1D5E0DDA" w14:textId="77777777" w:rsidR="00D4461B" w:rsidRDefault="00000000">
      <w:r>
        <w:t>W przypadku osoby niepełnoletniej: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5"/>
        <w:gridCol w:w="5185"/>
      </w:tblGrid>
      <w:tr w:rsidR="00D4461B" w14:paraId="7914774D" w14:textId="77777777">
        <w:trPr>
          <w:trHeight w:val="440"/>
          <w:jc w:val="center"/>
        </w:trPr>
        <w:tc>
          <w:tcPr>
            <w:tcW w:w="5185" w:type="dxa"/>
            <w:vAlign w:val="center"/>
          </w:tcPr>
          <w:p w14:paraId="3C4627DB" w14:textId="77777777" w:rsidR="00D4461B" w:rsidRDefault="00000000">
            <w:r>
              <w:rPr>
                <w:sz w:val="18"/>
              </w:rPr>
              <w:t>Imię i nazwisko rodzica/opiekuna:</w:t>
            </w:r>
          </w:p>
        </w:tc>
        <w:tc>
          <w:tcPr>
            <w:tcW w:w="5185" w:type="dxa"/>
            <w:tcBorders>
              <w:bottom w:val="single" w:sz="5" w:space="0" w:color="C6BCB1"/>
            </w:tcBorders>
            <w:vAlign w:val="center"/>
          </w:tcPr>
          <w:p w14:paraId="6A73D738" w14:textId="77777777" w:rsidR="00D4461B" w:rsidRDefault="00000000">
            <w:r>
              <w:t xml:space="preserve"> </w:t>
            </w:r>
          </w:p>
        </w:tc>
      </w:tr>
    </w:tbl>
    <w:p w14:paraId="2131BDC2" w14:textId="77777777" w:rsidR="00D4461B" w:rsidRDefault="00000000">
      <w:pPr>
        <w:pStyle w:val="SectionForm"/>
      </w:pPr>
      <w:r>
        <w:t>B. ZGŁASZANE UTWORY AUTORSKIE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5"/>
        <w:gridCol w:w="5185"/>
      </w:tblGrid>
      <w:tr w:rsidR="00D4461B" w14:paraId="37C53968" w14:textId="77777777">
        <w:trPr>
          <w:trHeight w:val="440"/>
          <w:jc w:val="center"/>
        </w:trPr>
        <w:tc>
          <w:tcPr>
            <w:tcW w:w="5185" w:type="dxa"/>
            <w:vAlign w:val="center"/>
          </w:tcPr>
          <w:p w14:paraId="0C498DD4" w14:textId="77777777" w:rsidR="00D4461B" w:rsidRDefault="00000000">
            <w:r>
              <w:rPr>
                <w:sz w:val="18"/>
              </w:rPr>
              <w:t>Tytuł wiersza nr 1:</w:t>
            </w:r>
          </w:p>
        </w:tc>
        <w:tc>
          <w:tcPr>
            <w:tcW w:w="5185" w:type="dxa"/>
            <w:tcBorders>
              <w:bottom w:val="single" w:sz="5" w:space="0" w:color="C6BCB1"/>
            </w:tcBorders>
            <w:vAlign w:val="center"/>
          </w:tcPr>
          <w:p w14:paraId="7CD2A307" w14:textId="77777777" w:rsidR="00D4461B" w:rsidRDefault="00000000">
            <w:r>
              <w:t xml:space="preserve"> </w:t>
            </w:r>
          </w:p>
        </w:tc>
      </w:tr>
      <w:tr w:rsidR="00D4461B" w14:paraId="7B84F43C" w14:textId="77777777">
        <w:trPr>
          <w:trHeight w:val="440"/>
          <w:jc w:val="center"/>
        </w:trPr>
        <w:tc>
          <w:tcPr>
            <w:tcW w:w="5185" w:type="dxa"/>
            <w:vAlign w:val="center"/>
          </w:tcPr>
          <w:p w14:paraId="243819FC" w14:textId="77777777" w:rsidR="00D4461B" w:rsidRDefault="00000000">
            <w:r>
              <w:rPr>
                <w:sz w:val="18"/>
              </w:rPr>
              <w:t>Tytuł wiersza nr 2 (opcjonalnie):</w:t>
            </w:r>
          </w:p>
        </w:tc>
        <w:tc>
          <w:tcPr>
            <w:tcW w:w="5185" w:type="dxa"/>
            <w:tcBorders>
              <w:bottom w:val="single" w:sz="5" w:space="0" w:color="C6BCB1"/>
            </w:tcBorders>
            <w:vAlign w:val="center"/>
          </w:tcPr>
          <w:p w14:paraId="17498BCD" w14:textId="77777777" w:rsidR="00D4461B" w:rsidRDefault="00000000">
            <w:r>
              <w:t xml:space="preserve"> </w:t>
            </w:r>
          </w:p>
        </w:tc>
      </w:tr>
    </w:tbl>
    <w:p w14:paraId="369AADEA" w14:textId="77777777" w:rsidR="00D4461B" w:rsidRDefault="00000000">
      <w:r>
        <w:rPr>
          <w:sz w:val="17"/>
        </w:rPr>
        <w:t>Do formularza należy dołączyć tekst każdego zgłaszanego wiersza (maksymalnie 40 wersów).</w:t>
      </w:r>
    </w:p>
    <w:p w14:paraId="670EB742" w14:textId="77777777" w:rsidR="00D4461B" w:rsidRDefault="00000000">
      <w:pPr>
        <w:pStyle w:val="SectionForm"/>
      </w:pPr>
      <w:r>
        <w:t>C. OŚWIADCZENIA OBOWIĄZKOWE</w:t>
      </w:r>
    </w:p>
    <w:p w14:paraId="3A99433B" w14:textId="77777777" w:rsidR="00D4461B" w:rsidRDefault="00000000">
      <w:pPr>
        <w:spacing w:after="40"/>
        <w:ind w:left="113"/>
      </w:pPr>
      <w:r>
        <w:rPr>
          <w:sz w:val="18"/>
        </w:rPr>
        <w:t>☐  Oświadczam, że zgłoszone wiersze są oryginalną, samodzielną twórczością wskazanego uczestnika i nie naruszają praw innych osób.</w:t>
      </w:r>
    </w:p>
    <w:p w14:paraId="24B509A0" w14:textId="77777777" w:rsidR="00D4461B" w:rsidRDefault="00000000">
      <w:pPr>
        <w:spacing w:after="40"/>
        <w:ind w:left="113"/>
      </w:pPr>
      <w:r>
        <w:rPr>
          <w:sz w:val="18"/>
        </w:rPr>
        <w:t>☐  Potwierdzam zapoznanie się z regulaminem konkursu i jego akceptację.</w:t>
      </w:r>
    </w:p>
    <w:p w14:paraId="503EF4C6" w14:textId="77777777" w:rsidR="00D4461B" w:rsidRDefault="00000000">
      <w:pPr>
        <w:spacing w:after="40"/>
        <w:ind w:left="113"/>
      </w:pPr>
      <w:r>
        <w:rPr>
          <w:sz w:val="18"/>
        </w:rPr>
        <w:t>☐  Zezwalam nieodpłatnie na sporządzenie kopii wierszy na potrzeby oceny przez komisję oraz ich publiczną recytację podczas finału 10.11.2026 r., bez przenoszenia praw autorskich.</w:t>
      </w:r>
    </w:p>
    <w:p w14:paraId="1A412BDF" w14:textId="77777777" w:rsidR="00D4461B" w:rsidRDefault="00000000">
      <w:pPr>
        <w:spacing w:after="40"/>
        <w:ind w:left="113"/>
      </w:pPr>
      <w:r>
        <w:rPr>
          <w:sz w:val="18"/>
        </w:rPr>
        <w:t>☐  Jako rodzic/opiekun prawny wyrażam zgodę na udział mojego dziecka w konkursie (dotyczy uczestników niepełnoletnich).</w:t>
      </w:r>
    </w:p>
    <w:p w14:paraId="513CB89E" w14:textId="77777777" w:rsidR="00D4461B" w:rsidRDefault="00000000">
      <w:pPr>
        <w:pStyle w:val="SectionForm"/>
      </w:pPr>
      <w:r>
        <w:t>D. ZGODY DOBROWOLNE</w:t>
      </w:r>
    </w:p>
    <w:p w14:paraId="21835E7E" w14:textId="77777777" w:rsidR="00D4461B" w:rsidRDefault="00000000">
      <w:r>
        <w:rPr>
          <w:sz w:val="17"/>
        </w:rPr>
        <w:t>Zaznaczenie poniższych pól nie jest warunkiem udziału w konkursie.</w:t>
      </w:r>
    </w:p>
    <w:p w14:paraId="47CCBA20" w14:textId="77777777" w:rsidR="00D4461B" w:rsidRDefault="00000000">
      <w:pPr>
        <w:spacing w:after="40"/>
        <w:ind w:left="113"/>
      </w:pPr>
      <w:r>
        <w:rPr>
          <w:sz w:val="18"/>
        </w:rPr>
        <w:t>☐  Wyrażam zgodę na nieodpłatną publikację tekstu wiersza wraz z imieniem i nazwiskiem autora w drukowanych materiałach organizatora (np. pamiątkowym tomiku).</w:t>
      </w:r>
    </w:p>
    <w:p w14:paraId="140D39DD" w14:textId="77777777" w:rsidR="00D4461B" w:rsidRDefault="00000000">
      <w:pPr>
        <w:spacing w:after="40"/>
        <w:ind w:left="113"/>
      </w:pPr>
      <w:r>
        <w:rPr>
          <w:sz w:val="18"/>
        </w:rPr>
        <w:t>☐  Wyrażam zgodę na nieodpłatną publikację tekstu wiersza wraz z imieniem i nazwiskiem autora na oficjalnych stronach internetowych i profilach społecznościowych organizatorów.</w:t>
      </w:r>
    </w:p>
    <w:p w14:paraId="5A719DC3" w14:textId="77777777" w:rsidR="00D4461B" w:rsidRDefault="00000000">
      <w:pPr>
        <w:spacing w:after="40"/>
        <w:ind w:left="113"/>
      </w:pPr>
      <w:r>
        <w:rPr>
          <w:sz w:val="18"/>
        </w:rPr>
        <w:t>☐  Zezwalam na publikację mojego wizerunku / wizerunku dziecka utrwalonego podczas konkursu i finału na oficjalnych stronach oraz profilach społecznościowych organizatorów.</w:t>
      </w:r>
    </w:p>
    <w:p w14:paraId="53BE30CF" w14:textId="77777777" w:rsidR="00D4461B" w:rsidRDefault="00D4461B">
      <w:pPr>
        <w:spacing w:before="6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85"/>
        <w:gridCol w:w="5185"/>
      </w:tblGrid>
      <w:tr w:rsidR="00D4461B" w14:paraId="18FE0F2E" w14:textId="77777777">
        <w:tc>
          <w:tcPr>
            <w:tcW w:w="5185" w:type="dxa"/>
          </w:tcPr>
          <w:p w14:paraId="42634F6A" w14:textId="77777777" w:rsidR="00D4461B" w:rsidRDefault="00000000">
            <w:pPr>
              <w:spacing w:after="20"/>
              <w:jc w:val="center"/>
            </w:pPr>
            <w:r>
              <w:rPr>
                <w:sz w:val="16"/>
              </w:rPr>
              <w:t>........................................................</w:t>
            </w:r>
            <w:r>
              <w:rPr>
                <w:sz w:val="16"/>
              </w:rPr>
              <w:br/>
              <w:t>Miejscowość i data</w:t>
            </w:r>
          </w:p>
        </w:tc>
        <w:tc>
          <w:tcPr>
            <w:tcW w:w="5185" w:type="dxa"/>
          </w:tcPr>
          <w:p w14:paraId="76EA63A8" w14:textId="77777777" w:rsidR="00D4461B" w:rsidRDefault="00000000">
            <w:pPr>
              <w:spacing w:after="20"/>
              <w:jc w:val="center"/>
            </w:pPr>
            <w:r>
              <w:rPr>
                <w:sz w:val="16"/>
              </w:rPr>
              <w:t>........................................................</w:t>
            </w:r>
            <w:r>
              <w:rPr>
                <w:sz w:val="16"/>
              </w:rPr>
              <w:br/>
              <w:t>Podpis pełnoletniego uczestnika albo rodzica/opiekuna prawnego</w:t>
            </w:r>
          </w:p>
        </w:tc>
      </w:tr>
    </w:tbl>
    <w:p w14:paraId="659927F5" w14:textId="69298D11" w:rsidR="00D4461B" w:rsidRDefault="00D4461B">
      <w:pPr>
        <w:spacing w:before="160"/>
      </w:pPr>
    </w:p>
    <w:sectPr w:rsidR="00D4461B" w:rsidSect="00034616">
      <w:headerReference w:type="default" r:id="rId8"/>
      <w:footerReference w:type="default" r:id="rId9"/>
      <w:pgSz w:w="12240" w:h="15840"/>
      <w:pgMar w:top="765" w:right="935" w:bottom="720" w:left="935" w:header="369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833B8" w14:textId="77777777" w:rsidR="00630ED3" w:rsidRDefault="00630ED3">
      <w:pPr>
        <w:spacing w:after="0" w:line="240" w:lineRule="auto"/>
      </w:pPr>
      <w:r>
        <w:separator/>
      </w:r>
    </w:p>
  </w:endnote>
  <w:endnote w:type="continuationSeparator" w:id="0">
    <w:p w14:paraId="1D8764DF" w14:textId="77777777" w:rsidR="00630ED3" w:rsidRDefault="00630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2A751" w14:textId="77777777" w:rsidR="00D4461B" w:rsidRDefault="00000000">
    <w:pPr>
      <w:pStyle w:val="Stopka"/>
      <w:jc w:val="center"/>
    </w:pPr>
    <w:r>
      <w:rPr>
        <w:color w:val="726352"/>
        <w:sz w:val="15"/>
      </w:rPr>
      <w:t xml:space="preserve">Termin </w:t>
    </w:r>
    <w:proofErr w:type="spellStart"/>
    <w:r>
      <w:rPr>
        <w:color w:val="726352"/>
        <w:sz w:val="15"/>
      </w:rPr>
      <w:t>zgłoszeń</w:t>
    </w:r>
    <w:proofErr w:type="spellEnd"/>
    <w:r>
      <w:rPr>
        <w:color w:val="726352"/>
        <w:sz w:val="15"/>
      </w:rPr>
      <w:t>: 30.10.2026  •  gminny.domkultury@vp.pl  •  Aldona Woźniak, tel. 500 272 813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92EF5" w14:textId="77777777" w:rsidR="00630ED3" w:rsidRDefault="00630ED3">
      <w:pPr>
        <w:spacing w:after="0" w:line="240" w:lineRule="auto"/>
      </w:pPr>
      <w:r>
        <w:separator/>
      </w:r>
    </w:p>
  </w:footnote>
  <w:footnote w:type="continuationSeparator" w:id="0">
    <w:p w14:paraId="24A0102D" w14:textId="77777777" w:rsidR="00630ED3" w:rsidRDefault="00630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CF3E3" w14:textId="18DA1EC9" w:rsidR="00D4461B" w:rsidRDefault="00D4461B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5657521">
    <w:abstractNumId w:val="8"/>
  </w:num>
  <w:num w:numId="2" w16cid:durableId="291985151">
    <w:abstractNumId w:val="6"/>
  </w:num>
  <w:num w:numId="3" w16cid:durableId="201675683">
    <w:abstractNumId w:val="5"/>
  </w:num>
  <w:num w:numId="4" w16cid:durableId="375276502">
    <w:abstractNumId w:val="4"/>
  </w:num>
  <w:num w:numId="5" w16cid:durableId="1100563149">
    <w:abstractNumId w:val="7"/>
  </w:num>
  <w:num w:numId="6" w16cid:durableId="376588903">
    <w:abstractNumId w:val="3"/>
  </w:num>
  <w:num w:numId="7" w16cid:durableId="304438161">
    <w:abstractNumId w:val="2"/>
  </w:num>
  <w:num w:numId="8" w16cid:durableId="10569017">
    <w:abstractNumId w:val="1"/>
  </w:num>
  <w:num w:numId="9" w16cid:durableId="1650137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2D06"/>
    <w:rsid w:val="0015074B"/>
    <w:rsid w:val="0029639D"/>
    <w:rsid w:val="00326F90"/>
    <w:rsid w:val="003F387E"/>
    <w:rsid w:val="005A4A2A"/>
    <w:rsid w:val="00630ED3"/>
    <w:rsid w:val="00AA1D8D"/>
    <w:rsid w:val="00B47730"/>
    <w:rsid w:val="00CB0664"/>
    <w:rsid w:val="00D4461B"/>
    <w:rsid w:val="00EA529A"/>
    <w:rsid w:val="00F3122C"/>
    <w:rsid w:val="00FA1E7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D7A67E"/>
  <w14:defaultImageDpi w14:val="300"/>
  <w15:docId w15:val="{67DEFF82-7080-40A3-85AA-5BCC68CAB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57" w:lineRule="auto"/>
    </w:pPr>
    <w:rPr>
      <w:rFonts w:ascii="Aptos" w:hAnsi="Aptos"/>
      <w:color w:val="32353A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Form">
    <w:name w:val="TitleForm"/>
    <w:pPr>
      <w:spacing w:before="140" w:after="60"/>
    </w:pPr>
    <w:rPr>
      <w:rFonts w:ascii="Aptos" w:hAnsi="Aptos"/>
      <w:b/>
      <w:color w:val="2E363E"/>
      <w:sz w:val="30"/>
    </w:rPr>
  </w:style>
  <w:style w:type="paragraph" w:customStyle="1" w:styleId="SectionForm">
    <w:name w:val="SectionForm"/>
    <w:pPr>
      <w:spacing w:before="140" w:after="80"/>
    </w:pPr>
    <w:rPr>
      <w:rFonts w:ascii="Aptos" w:hAnsi="Aptos"/>
      <w:b/>
      <w:color w:val="5A3E3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1674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Karta zgłoszenia – W salonie dawnego dworu</vt:lpstr>
      <vt:lpstr/>
    </vt:vector>
  </TitlesOfParts>
  <Manager/>
  <Company/>
  <LinksUpToDate>false</LinksUpToDate>
  <CharactersWithSpaces>1950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– W salonie dawnego dworu</dc:title>
  <dc:subject/>
  <dc:creator>Gminny Dom Kultury w Starym Helenowie</dc:creator>
  <cp:keywords/>
  <dc:description>generated by python-docx</dc:description>
  <cp:lastModifiedBy>Aldona Woźniak</cp:lastModifiedBy>
  <cp:revision>2</cp:revision>
  <cp:lastPrinted>2026-10-19T11:18:00Z</cp:lastPrinted>
  <dcterms:created xsi:type="dcterms:W3CDTF">2026-10-20T11:27:00Z</dcterms:created>
  <dcterms:modified xsi:type="dcterms:W3CDTF">2026-10-20T11:27:00Z</dcterms:modified>
  <cp:category/>
</cp:coreProperties>
</file>